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MATLAB Audio Noise Removal Starter Script</w:t>
      </w:r>
    </w:p>
    <w:p>
      <w:pPr>
        <w:keepNext/>
        <w:keepLines/>
        <w:spacing w:before="100" w:after="40" w:line="240" w:lineRule="auto"/>
      </w:pPr>
      <w:r>
        <w:rPr>
          <w:rFonts w:ascii="Consolas" w:hAnsi="Consolas"/>
          <w:b/>
          <w:color w:val="1F4E78"/>
          <w:sz w:val="17"/>
        </w:rPr>
        <w:t>%% MATLAB Audio Noise Removal Activity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Student starter script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Name: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Student ID: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Date: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Purpose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Record your own voice, add a controlled high-frequency noise signal,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analyse the signals in the time and frequency domains, and design an FIR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low-pass filter that reduces the noise while preserving voice clarity.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Instructions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1. Complete every section marked TODO.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2. Keep an unchanged copy of the original voice recording.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3. Label every figure with a title, axis labels, units and a legend where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   necessary.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4. Test at least three filter configurations.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5. Use headphones at a low and comfortable volume.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clear;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clc;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close all;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Next/>
        <w:keepLines/>
        <w:spacing w:before="100" w:after="40" w:line="240" w:lineRule="auto"/>
      </w:pPr>
      <w:r>
        <w:rPr>
          <w:rFonts w:ascii="Consolas" w:hAnsi="Consolas"/>
          <w:b/>
          <w:color w:val="1F4E78"/>
          <w:sz w:val="17"/>
        </w:rPr>
        <w:t>%% Part 1 Set the recording parameters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Fs = 16000;               % Sampling frequency in hertz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bitsPerSample = 16;       % Recording bit depth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numberOfChannels = 1;     % Mono recording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recordingDuration = 7;    % Recording duration in seconds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fprintf('Sampling frequency: %d Hz\n', Fs);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fprintf('Nyquist frequency: %.1f Hz\n', Fs/2);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fprintf('Recording duration: %.1f seconds\n', recordingDuration);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Next/>
        <w:keepLines/>
        <w:spacing w:before="100" w:after="40" w:line="240" w:lineRule="auto"/>
      </w:pPr>
      <w:r>
        <w:rPr>
          <w:rFonts w:ascii="Consolas" w:hAnsi="Consolas"/>
          <w:b/>
          <w:color w:val="1F4E78"/>
          <w:sz w:val="17"/>
        </w:rPr>
        <w:t>%% Part 2 Record your voice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Speak clearly and maintain a consistent distance from the microphone.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Do not include private or sensitive information in the recording.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recObj = audiorecorder(Fs, bitsPerSample, numberOfChannels);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disp('Recording will begin.');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disp('Speak now...');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recordblocking(recObj, recordingDuration);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disp('Recording complete.');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voice = getaudiodata(recObj, 'double');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numberOfSamples = length(voice);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actualDuration = numberOfSamples/Fs;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Retain an unchanged copy for later comparison.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originalVoice = voice;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Next/>
        <w:keepLines/>
        <w:spacing w:before="100" w:after="40" w:line="240" w:lineRule="auto"/>
      </w:pPr>
      <w:r>
        <w:rPr>
          <w:rFonts w:ascii="Consolas" w:hAnsi="Consolas"/>
          <w:b/>
          <w:color w:val="1F4E78"/>
          <w:sz w:val="17"/>
        </w:rPr>
        <w:t>%% Part 3 Listen to and save the original recording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Reduce the computer volume before playback.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soundsc(originalVoice, Fs);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pause(actualDuration + 1);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studentID = 'StudentID';  % TODO: Replace with your student ID.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originalFilename = [studentID '_OriginalVoice.wav'];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audiowrite(originalFilename, originalVoice, Fs);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Next/>
        <w:keepLines/>
        <w:spacing w:before="100" w:after="40" w:line="240" w:lineRule="auto"/>
      </w:pPr>
      <w:r>
        <w:rPr>
          <w:rFonts w:ascii="Consolas" w:hAnsi="Consolas"/>
          <w:b/>
          <w:color w:val="1F4E78"/>
          <w:sz w:val="17"/>
        </w:rPr>
        <w:t>%% Part 4 Plot the original voice in the time domain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time = (0:numberOfSamples-1)/Fs;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figure('Name', 'Original Voice');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plot(time, originalVoice);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grid on;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xlabel('Time (s)');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ylabel('Amplitude');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title('Original Voice Signal in the Time Domain');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Next/>
        <w:keepLines/>
        <w:spacing w:before="100" w:after="40" w:line="240" w:lineRule="auto"/>
      </w:pPr>
      <w:r>
        <w:rPr>
          <w:rFonts w:ascii="Consolas" w:hAnsi="Consolas"/>
          <w:b/>
          <w:color w:val="1F4E78"/>
          <w:sz w:val="17"/>
        </w:rPr>
        <w:t>%% Part 5 Analyse the original voice using the FFT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TODO: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Calculate the FFT of the original voice signal.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Create the correct single-sided magnitude spectrum.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Create the frequency axis in hertz.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Plot the spectrum and identify the main useful voice-frequency range.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Suggested output variable names: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originalFFT, originalMagnitude, frequency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if false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Write your FFT analysis code here.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figure('Name', 'Original Voice Spectrum');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Write your plot command here.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grid on;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xlabel('Frequency (Hz)');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ylabel('Magnitude');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title('Single-Sided Spectrum of the Original Voice');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end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Next/>
        <w:keepLines/>
        <w:spacing w:before="100" w:after="40" w:line="240" w:lineRule="auto"/>
      </w:pPr>
      <w:r>
        <w:rPr>
          <w:rFonts w:ascii="Consolas" w:hAnsi="Consolas"/>
          <w:b/>
          <w:color w:val="1F4E78"/>
          <w:sz w:val="17"/>
        </w:rPr>
        <w:t>%% Part 6 Generate and add high-frequency noise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TODO: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Select a noise frequency below the Nyquist frequency but above most of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  the useful voice-frequency range.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Select a noise amplitude that is clearly noticeable but does not cause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  clipping.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Generate a sinusoidal noise signal with the same dimensions as voice.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Add the noise to originalVoice to create noisyVoice.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Check the maximum absolute amplitude and normalise only if required.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if false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noiseFrequency = [];  % TODO: Enter the selected frequency in hertz.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noiseAmplitude = [];  % TODO: Enter the selected amplitude.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Write the noise-generation equation here.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noise = [];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Write the signal-addition equation here.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noisyVoice = [];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fprintf('Noise frequency: %.1f Hz\n', noiseFrequency);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fprintf('Noise amplitude: %.3f\n', noiseAmplitude);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end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Next/>
        <w:keepLines/>
        <w:spacing w:before="100" w:after="40" w:line="240" w:lineRule="auto"/>
      </w:pPr>
      <w:r>
        <w:rPr>
          <w:rFonts w:ascii="Consolas" w:hAnsi="Consolas"/>
          <w:b/>
          <w:color w:val="1F4E78"/>
          <w:sz w:val="17"/>
        </w:rPr>
        <w:t>%% Part 7 Analyse and play the noisy voice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TODO: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Plot the noisy signal in the time domain.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Calculate and plot its single-sided magnitude spectrum.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Confirm that a spectral peak appears at the selected noise frequency.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Play the noisy signal at a safe volume.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if false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figure('Name', 'Noisy Voice');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subplot(2,1,1);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Plot noisyVoice against time.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grid on;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xlabel('Time (s)');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ylabel('Amplitude');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title('Noisy Voice Signal in the Time Domain');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subplot(2,1,2);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Calculate and plot the noisy-voice spectrum.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grid on;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xlabel('Frequency (Hz)');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ylabel('Magnitude');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title('Single-Sided Spectrum of the Noisy Voice');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Uncomment after noisyVoice has been created.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soundsc(noisyVoice, Fs);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pause(actualDuration + 1);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end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Next/>
        <w:keepLines/>
        <w:spacing w:before="100" w:after="40" w:line="240" w:lineRule="auto"/>
      </w:pPr>
      <w:r>
        <w:rPr>
          <w:rFonts w:ascii="Consolas" w:hAnsi="Consolas"/>
          <w:b/>
          <w:color w:val="1F4E78"/>
          <w:sz w:val="17"/>
        </w:rPr>
        <w:t>%% Part 8 Design and test FIR low-pass filters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TODO: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Test at least three filter configurations. Change one parameter at a time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so that its effect can be identified. Record the following for each trial: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filter order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cutoff frequency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window type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observed noise reduction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effect on useful voice information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You may use fir1 to design the filter and freqz to examine its frequency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response. Confirm whether your chosen fir1 syntax expects the cutoff in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hertz or as a normalised frequency.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if false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filterOrder = [];      % TODO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cutoffFrequency = [];  % TODO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TODO: Select or create the window vector.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selectedWindow = [];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TODO: Design the FIR low-pass filter coefficients.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filterCoefficients = [];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TODO: Apply the FIR filter to noisyVoice.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filteredVoice = [];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TODO: Display the filter frequency response.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figure('Name', 'Selected FIR Filter Response');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Add the required frequency-response command.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end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Next/>
        <w:keepLines/>
        <w:spacing w:before="100" w:after="40" w:line="240" w:lineRule="auto"/>
      </w:pPr>
      <w:r>
        <w:rPr>
          <w:rFonts w:ascii="Consolas" w:hAnsi="Consolas"/>
          <w:b/>
          <w:color w:val="1F4E78"/>
          <w:sz w:val="17"/>
        </w:rPr>
        <w:t>%% Part 9 Compare the original noisy and filtered signals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TODO: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Compare the three time-domain waveforms using consistent axes.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Compare the three single-sided spectra using consistent axes.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Listen to the filtered voice.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Explain whether useful voice information was reduced.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Justify the filter selected as the best design.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if false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figure('Name', 'Signal Comparison');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subplot(3,1,1);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Plot originalVoice.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grid on;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title('Original Voice');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subplot(3,1,2);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Plot noisyVoice.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grid on;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title('Noisy Voice');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subplot(3,1,3);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Plot filteredVoice.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grid on;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title('Filtered Voice');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xlabel('Time (s)');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Create a second figure comparing the three frequency spectra.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Uncomment after filteredVoice has been created.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soundsc(filteredVoice, Fs);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 xml:space="preserve">    % pause(actualDuration + 1);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end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Next/>
        <w:keepLines/>
        <w:spacing w:before="100" w:after="40" w:line="240" w:lineRule="auto"/>
      </w:pPr>
      <w:r>
        <w:rPr>
          <w:rFonts w:ascii="Consolas" w:hAnsi="Consolas"/>
          <w:b/>
          <w:color w:val="1F4E78"/>
          <w:sz w:val="17"/>
        </w:rPr>
        <w:t>%% Part 10 Save the final filtered audio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TODO: Run this section only after filteredVoice has been created.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if false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filteredFilename = [studentID '_FilteredAudio.wav'];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audiowrite(filteredFilename, filteredVoice, Fs);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   fprintf('Filtered audio saved as %s\n', filteredFilename);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end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Next/>
        <w:keepLines/>
        <w:spacing w:before="100" w:after="40" w:line="240" w:lineRule="auto"/>
      </w:pPr>
      <w:r>
        <w:rPr>
          <w:rFonts w:ascii="Consolas" w:hAnsi="Consolas"/>
          <w:b/>
          <w:color w:val="1F4E78"/>
          <w:sz w:val="17"/>
        </w:rPr>
        <w:t>%% Final checks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Confirm that: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the script runs from beginning to end without unresolved errors;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all TODO sections have been completed;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all figures are correctly labelled;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the same noisy signal was used for every filter trial;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the final filter choice is supported by graphical and audible evidence;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6E37"/>
          <w:sz w:val="17"/>
        </w:rPr>
        <w:t>% - both the original and filtered voice files have been saved.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 xml:space="preserve"> </w:t>
      </w:r>
    </w:p>
    <w:p>
      <w:pPr>
        <w:keepLines/>
        <w:spacing w:before="0" w:after="0" w:line="240" w:lineRule="auto"/>
      </w:pPr>
      <w:r>
        <w:rPr>
          <w:rFonts w:ascii="Consolas" w:hAnsi="Consolas"/>
          <w:color w:val="000000"/>
          <w:sz w:val="17"/>
        </w:rPr>
        <w:t>disp('Starter sections complete. Continue by completing every TODO section.');</w:t>
      </w:r>
    </w:p>
    <w:sectPr w:rsidR="00FC693F" w:rsidRPr="0006063C" w:rsidSect="00034616">
      <w:footerReference w:type="default" r:id="rId9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F5F5F"/>
        <w:sz w:val="16"/>
      </w:rPr>
      <w:t>MATLAB Audio Noise Removal Starter Script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MATLAB Audio Noise Removal Starter Script</dc:title>
  <dc:subject>Student starter MATLAB code for voice recording and FIR noise removal</dc:subject>
  <dc:creator>Wardlan Borah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